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2"/>
        </w:rPr>
        <w:t>FORMAL COMPLAINT</w:t>
      </w:r>
    </w:p>
    <w:p/>
    <w:p>
      <w:r>
        <w:t>Date: [Insert Date]</w:t>
      </w:r>
    </w:p>
    <w:p>
      <w:r>
        <w:t>Reference: [If Known]</w:t>
      </w:r>
    </w:p>
    <w:p/>
    <w:p>
      <w:r>
        <w:t>To: [Organisation Name]</w:t>
      </w:r>
    </w:p>
    <w:p/>
    <w:p>
      <w:r>
        <w:t>Dear Sir/Madam,</w:t>
      </w:r>
    </w:p>
    <w:p/>
    <w:p>
      <w:r>
        <w:t>I am writing to make a formal complaint regarding:</w:t>
      </w:r>
    </w:p>
    <w:p>
      <w:r>
        <w:t>[Insert a brief summary of the issue being complained about.]</w:t>
      </w:r>
    </w:p>
    <w:p>
      <w:r>
        <w:rPr>
          <w:b/>
        </w:rPr>
        <w:t>Complaint Categories</w:t>
      </w:r>
    </w:p>
    <w:p>
      <w:r>
        <w:t>[ ] Decision-Making</w:t>
      </w:r>
    </w:p>
    <w:p>
      <w:r>
        <w:t>[ ] Communication</w:t>
      </w:r>
    </w:p>
    <w:p>
      <w:r>
        <w:t>[ ] Service Delivery</w:t>
      </w:r>
    </w:p>
    <w:p>
      <w:r>
        <w:t>[ ] Conduct</w:t>
      </w:r>
    </w:p>
    <w:p>
      <w:r>
        <w:t>[ ] Complaint Handling</w:t>
      </w:r>
    </w:p>
    <w:p>
      <w:r>
        <w:t>[ ] Safeguarding</w:t>
      </w:r>
    </w:p>
    <w:p>
      <w:r>
        <w:t>[ ] Failure to Follow Policy or Procedure</w:t>
      </w:r>
    </w:p>
    <w:p>
      <w:r>
        <w:t>[ ] Delay</w:t>
      </w:r>
    </w:p>
    <w:p>
      <w:r>
        <w:t>[ ] Other: [Insert Details]</w:t>
      </w:r>
    </w:p>
    <w:p>
      <w:r>
        <w:rPr>
          <w:b/>
        </w:rPr>
        <w:t>Summary of Complaint</w:t>
      </w:r>
    </w:p>
    <w:p>
      <w:r>
        <w:t>[Provide a concise summary of the events giving rise to your complaint.]</w:t>
      </w:r>
    </w:p>
    <w:p>
      <w:r>
        <w:rPr>
          <w:b/>
        </w:rPr>
        <w:t>Specific Issues for Investigation</w:t>
      </w:r>
    </w:p>
    <w:p>
      <w:r>
        <w:t>Issue 1: [Insert first issue]</w:t>
      </w:r>
    </w:p>
    <w:p>
      <w:r>
        <w:t>Issue 2: [Insert second issue]</w:t>
      </w:r>
    </w:p>
    <w:p>
      <w:r>
        <w:t>Issue 3: [Insert third issue]</w:t>
      </w:r>
    </w:p>
    <w:p>
      <w:r>
        <w:rPr>
          <w:b/>
        </w:rPr>
        <w:t>Impact</w:t>
      </w:r>
    </w:p>
    <w:p>
      <w:r>
        <w:t>[Explain how the issues have affected you or those involved.]</w:t>
      </w:r>
    </w:p>
    <w:p>
      <w:r>
        <w:rPr>
          <w:b/>
        </w:rPr>
        <w:t>Resolution Sought</w:t>
      </w:r>
    </w:p>
    <w:p>
      <w:r>
        <w:t>A full investigation into the matters raised.</w:t>
      </w:r>
    </w:p>
    <w:p>
      <w:r>
        <w:t>A written response addressing each concern.</w:t>
      </w:r>
    </w:p>
    <w:p>
      <w:r>
        <w:t>An explanation of any decisions made.</w:t>
      </w:r>
    </w:p>
    <w:p>
      <w:r>
        <w:t>Appropriate action where failings are identified.</w:t>
      </w:r>
    </w:p>
    <w:p>
      <w:r>
        <w:rPr>
          <w:b/>
        </w:rPr>
        <w:t>Complaint Handling</w:t>
      </w:r>
    </w:p>
    <w:p>
      <w:r>
        <w:t>Please confirm:</w:t>
      </w:r>
    </w:p>
    <w:p>
      <w:r>
        <w:t>• The complaint reference number.</w:t>
      </w:r>
    </w:p>
    <w:p>
      <w:r>
        <w:t>• The stage of the complaints process.</w:t>
      </w:r>
    </w:p>
    <w:p>
      <w:r>
        <w:t>• The investigating officer or department.</w:t>
      </w:r>
    </w:p>
    <w:p>
      <w:r>
        <w:t>• The expected response timescale.</w:t>
      </w:r>
    </w:p>
    <w:p>
      <w:r>
        <w:t>If any aspect of this complaint is not accepted for investigation, please clearly explain the reasons for that decision.</w:t>
      </w:r>
    </w:p>
    <w:p/>
    <w:p>
      <w:r>
        <w:t>I look forward to your response.</w:t>
      </w:r>
    </w:p>
    <w:p/>
    <w:p>
      <w:r>
        <w:t>Yours faithfully,</w:t>
      </w:r>
    </w:p>
    <w:p/>
    <w:p>
      <w:r>
        <w:t>[Insert Name]</w:t>
      </w:r>
    </w:p>
    <w:p>
      <w:pPr>
        <w:jc w:val="center"/>
      </w:pPr>
      <w:r>
        <w:rPr>
          <w:i/>
          <w:sz w:val="16"/>
        </w:rPr>
        <w:t>FTPD77 | Free Resource Library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