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2"/>
        </w:rPr>
        <w:t>SUBJECT ACCESS REQUEST (SAR)</w:t>
      </w:r>
    </w:p>
    <w:p/>
    <w:p>
      <w:r>
        <w:t>Date: [Insert Date]</w:t>
      </w:r>
    </w:p>
    <w:p/>
    <w:p>
      <w:r>
        <w:t>To: [Organisation Name]</w:t>
      </w:r>
    </w:p>
    <w:p>
      <w:r>
        <w:t>Data Protection Officer / Information Governance Team</w:t>
      </w:r>
    </w:p>
    <w:p/>
    <w:p>
      <w:r>
        <w:t>Dear Sir/Madam,</w:t>
      </w:r>
    </w:p>
    <w:p/>
    <w:p>
      <w:r>
        <w:t>I am making a Subject Access Request and request disclosure of all personal data held about me.</w:t>
      </w:r>
    </w:p>
    <w:p>
      <w:r>
        <w:rPr>
          <w:b/>
        </w:rPr>
        <w:t>Personal Details</w:t>
      </w:r>
    </w:p>
    <w:p>
      <w:r>
        <w:t>Name: [Insert Name]</w:t>
      </w:r>
    </w:p>
    <w:p>
      <w:r>
        <w:t>Previous Names (if applicable): [Insert Previous Names]</w:t>
      </w:r>
    </w:p>
    <w:p>
      <w:r>
        <w:t>Date of Birth: [Insert DOB]</w:t>
      </w:r>
    </w:p>
    <w:p>
      <w:r>
        <w:t>Address: [Insert Address]</w:t>
      </w:r>
    </w:p>
    <w:p>
      <w:r>
        <w:t>Email: [Insert Email Address]</w:t>
      </w:r>
    </w:p>
    <w:p>
      <w:r>
        <w:rPr>
          <w:b/>
        </w:rPr>
        <w:t>Identity Verification</w:t>
      </w:r>
    </w:p>
    <w:p>
      <w:r>
        <w:t>If you require identification documents or further information to verify my identity, please advise as soon as possible.</w:t>
      </w:r>
    </w:p>
    <w:p>
      <w:r>
        <w:rPr>
          <w:b/>
        </w:rPr>
        <w:t>Information Requested</w:t>
      </w:r>
    </w:p>
    <w:p>
      <w:r>
        <w:t>Please provide copies of all personal data held about me in electronic, paper, archived, email, database, case management, handwritten, audio, video or any other format.</w:t>
      </w:r>
    </w:p>
    <w:p>
      <w:r>
        <w:rPr>
          <w:b/>
        </w:rPr>
        <w:t>Categories of Data Requested</w:t>
      </w:r>
    </w:p>
    <w:p>
      <w:r>
        <w:t>[ ] Case Notes</w:t>
      </w:r>
    </w:p>
    <w:p>
      <w:r>
        <w:t>[ ] Assessments</w:t>
      </w:r>
    </w:p>
    <w:p>
      <w:r>
        <w:t>[ ] Reports</w:t>
      </w:r>
    </w:p>
    <w:p>
      <w:r>
        <w:t>[ ] Internal Correspondence</w:t>
      </w:r>
    </w:p>
    <w:p>
      <w:r>
        <w:t>[ ] External Correspondence</w:t>
      </w:r>
    </w:p>
    <w:p>
      <w:r>
        <w:t>[ ] Emails</w:t>
      </w:r>
    </w:p>
    <w:p>
      <w:r>
        <w:t>[ ] Meeting Notes</w:t>
      </w:r>
    </w:p>
    <w:p>
      <w:r>
        <w:t>[ ] Telephone Records</w:t>
      </w:r>
    </w:p>
    <w:p>
      <w:r>
        <w:t>[ ] Audio Recordings</w:t>
      </w:r>
    </w:p>
    <w:p>
      <w:r>
        <w:t>[ ] Video Recordings</w:t>
      </w:r>
    </w:p>
    <w:p>
      <w:r>
        <w:t>[ ] Audit Logs</w:t>
      </w:r>
    </w:p>
    <w:p>
      <w:r>
        <w:t>[ ] Metadata</w:t>
      </w:r>
    </w:p>
    <w:p>
      <w:r>
        <w:t>[ ] Chronologies</w:t>
      </w:r>
    </w:p>
    <w:p>
      <w:r>
        <w:t>[ ] Screenshots</w:t>
      </w:r>
    </w:p>
    <w:p>
      <w:r>
        <w:t>[ ] Communications with Third Parties</w:t>
      </w:r>
    </w:p>
    <w:p>
      <w:r>
        <w:t>[ ] Other: [Insert Details]</w:t>
      </w:r>
    </w:p>
    <w:p>
      <w:r>
        <w:rPr>
          <w:b/>
        </w:rPr>
        <w:t>Additional Information Requested</w:t>
      </w:r>
    </w:p>
    <w:p>
      <w:r>
        <w:t>[Insert any additional information, systems, departments, date ranges or records you specifically wish to request.]</w:t>
      </w:r>
    </w:p>
    <w:p>
      <w:r>
        <w:rPr>
          <w:b/>
        </w:rPr>
        <w:t>Response Format</w:t>
      </w:r>
    </w:p>
    <w:p>
      <w:r>
        <w:t>I would prefer to receive the requested information electronically where possible.</w:t>
      </w:r>
    </w:p>
    <w:p>
      <w:r>
        <w:rPr>
          <w:b/>
        </w:rPr>
        <w:t>Statutory Timeframe</w:t>
      </w:r>
    </w:p>
    <w:p>
      <w:r>
        <w:t>If any information is withheld, redacted, deleted or exempted from disclosure, please identify the exemption relied upon and explain the basis for its application.</w:t>
      </w:r>
    </w:p>
    <w:p>
      <w:r>
        <w:t>If you require any further information to locate the requested records, please let me know as soon as possible.</w:t>
      </w:r>
    </w:p>
    <w:p/>
    <w:p>
      <w:r>
        <w:t>I look forward to receiving your response within the applicable statutory timeframe.</w:t>
      </w:r>
    </w:p>
    <w:p/>
    <w:p>
      <w:r>
        <w:t>Yours faithfully,</w:t>
      </w:r>
    </w:p>
    <w:p/>
    <w:p>
      <w:r>
        <w:t>[Insert Name]</w:t>
      </w:r>
    </w:p>
    <w:p>
      <w:pPr>
        <w:jc w:val="center"/>
      </w:pPr>
      <w:r>
        <w:rPr>
          <w:i/>
          <w:sz w:val="16"/>
        </w:rPr>
        <w:t>FTPD77 | Free Resource Library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