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000000"/>
          <w:sz w:val="32"/>
        </w:rPr>
        <w:t>CHILDREN'S SERVICES COMPLAINT – STAGE 1</w:t>
      </w:r>
    </w:p>
    <w:p>
      <w:pPr>
        <w:jc w:val="center"/>
      </w:pPr>
      <w:r>
        <w:rPr>
          <w:b/>
          <w:color w:val="000000"/>
          <w:sz w:val="24"/>
        </w:rPr>
        <w:t>Statutory Children's Services Complaints Procedure</w:t>
      </w:r>
    </w:p>
    <w:p>
      <w:r>
        <w:rPr>
          <w:b/>
          <w:color w:val="000000"/>
          <w:sz w:val="24"/>
        </w:rPr>
        <w:t>Complainant Details</w:t>
      </w:r>
    </w:p>
    <w:p>
      <w:r>
        <w:t>Full Name: _________________________________________________</w:t>
      </w:r>
    </w:p>
    <w:p>
      <w:r>
        <w:t>Address: ___________________________________________________</w:t>
      </w:r>
    </w:p>
    <w:p>
      <w:r>
        <w:t>___________________________________________________________</w:t>
      </w:r>
    </w:p>
    <w:p>
      <w:r>
        <w:t>Telephone: ________________________________________________</w:t>
      </w:r>
    </w:p>
    <w:p>
      <w:r>
        <w:t>Email: ____________________________________________________</w:t>
      </w:r>
    </w:p>
    <w:p>
      <w:r>
        <w:t>Relationship to Child: _______________________________________</w:t>
      </w:r>
    </w:p>
    <w:p>
      <w:r>
        <w:rPr>
          <w:b/>
          <w:color w:val="000000"/>
          <w:sz w:val="24"/>
        </w:rPr>
        <w:t>Child(ren) Details</w:t>
      </w:r>
    </w:p>
    <w:p>
      <w:r>
        <w:t>Child Name(s): _____________________________________________</w:t>
      </w:r>
    </w:p>
    <w:p>
      <w:r>
        <w:t>Date(s) of Birth: ___________________________________________</w:t>
      </w:r>
    </w:p>
    <w:p>
      <w:r>
        <w:t>Case Reference (if known): ___________________________________</w:t>
      </w:r>
    </w:p>
    <w:p>
      <w:r>
        <w:t>Social Worker: _____________________________________________</w:t>
      </w:r>
    </w:p>
    <w:p>
      <w:r>
        <w:t>Team Manager: _____________________________________________</w:t>
      </w:r>
    </w:p>
    <w:p>
      <w:r>
        <w:t>Local Authority: ____________________________________________</w:t>
      </w:r>
    </w:p>
    <w:p>
      <w:r>
        <w:rPr>
          <w:b/>
          <w:color w:val="000000"/>
          <w:sz w:val="24"/>
        </w:rPr>
        <w:t>Nature of Complaint</w:t>
      </w:r>
    </w:p>
    <w:p>
      <w:r>
        <w:t>[ ] Assessment Concerns      [ ] Contact Restrictions</w:t>
      </w:r>
    </w:p>
    <w:p>
      <w:r>
        <w:t>[ ] Family Time Concerns     [ ] Safeguarding Concerns</w:t>
      </w:r>
    </w:p>
    <w:p>
      <w:r>
        <w:t>[ ] Foster Care Concerns     [ ] Kinship Care Concerns</w:t>
      </w:r>
    </w:p>
    <w:p>
      <w:r>
        <w:t>[ ] Failure to Communicate   [ ] Failure to Respond</w:t>
      </w:r>
    </w:p>
    <w:p>
      <w:r>
        <w:t>[ ] Inaccurate Records       [ ] Complaint Handling</w:t>
      </w:r>
    </w:p>
    <w:p>
      <w:r>
        <w:t>[ ] IRO Concerns             [ ] Court Related Concerns</w:t>
      </w:r>
    </w:p>
    <w:p>
      <w:r>
        <w:t>[ ] Equality Act Concerns    [ ] Human Rights Concerns</w:t>
      </w:r>
    </w:p>
    <w:p>
      <w:r>
        <w:t>[ ] Other: _______________________________________________</w:t>
      </w:r>
    </w:p>
    <w:p>
      <w:r>
        <w:rPr>
          <w:b/>
          <w:color w:val="000000"/>
          <w:sz w:val="24"/>
        </w:rPr>
        <w:t>Summary of Complaint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Chronology of Events</w:t>
      </w:r>
    </w:p>
    <w:p>
      <w:r>
        <w:t>Date: __________________ Event: _____________________________</w:t>
      </w:r>
    </w:p>
    <w:p>
      <w:r>
        <w:t>Person Involved: 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Why I Believe This Is Wrong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Impact Upon Child(ren)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Impact Upon Family Life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Evidence Attached</w:t>
      </w:r>
    </w:p>
    <w:p>
      <w:r>
        <w:t>[ ] Emails                 [ ] Letters</w:t>
      </w:r>
    </w:p>
    <w:p>
      <w:r>
        <w:t>[ ] Assessments            [ ] Care Plans</w:t>
      </w:r>
    </w:p>
    <w:p>
      <w:r>
        <w:t>[ ] Medical Records        [ ] School Records</w:t>
      </w:r>
    </w:p>
    <w:p>
      <w:r>
        <w:t>[ ] Court Documents        [ ] Photographs</w:t>
      </w:r>
    </w:p>
    <w:p>
      <w:r>
        <w:t>[ ] Other: _______________________________________________</w:t>
      </w:r>
    </w:p>
    <w:p>
      <w:r>
        <w:rPr>
          <w:b/>
          <w:color w:val="000000"/>
          <w:sz w:val="24"/>
        </w:rPr>
        <w:t>Desired Outcome</w:t>
      </w:r>
    </w:p>
    <w:p>
      <w:r>
        <w:t>[ ] Explanation                    [ ] Written Response</w:t>
      </w:r>
    </w:p>
    <w:p>
      <w:r>
        <w:t>[ ] Apology                        [ ] Correction of Records</w:t>
      </w:r>
    </w:p>
    <w:p>
      <w:r>
        <w:t>[ ] Review of Decision             [ ] Reassessment</w:t>
      </w:r>
    </w:p>
    <w:p>
      <w:r>
        <w:t>[ ] Independent Investigation      [ ] Staff Conduct Review</w:t>
      </w:r>
    </w:p>
    <w:p>
      <w:r>
        <w:t>[ ] Other: _______________________________________________</w:t>
      </w:r>
    </w:p>
    <w:p>
      <w:r>
        <w:rPr>
          <w:b/>
          <w:color w:val="000000"/>
          <w:sz w:val="24"/>
        </w:rPr>
        <w:t>Additional Information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Declaration</w:t>
      </w:r>
    </w:p>
    <w:p>
      <w:r>
        <w:t>I request that this complaint is investigated under the statutory Children's Services complaints procedure and that I receive written acknowledgement together with confirmation of the applicable response timescales.</w:t>
      </w:r>
    </w:p>
    <w:p/>
    <w:p>
      <w:r>
        <w:t>Signed: _________________________________________________</w:t>
      </w:r>
    </w:p>
    <w:p>
      <w:r>
        <w:t>Name: _________________________________________________</w:t>
      </w:r>
    </w:p>
    <w:p>
      <w:r>
        <w:t>Date: _________________________________________________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B4B4B4"/>
        <w:sz w:val="16"/>
      </w:rPr>
      <w:t>FTPD77 Resource Library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